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ומשחקים בשירה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תוכן ומבנה השירים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האנשה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לשאלות בבחינת הבגרות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חמישה בתים מתקצרים כדי להמחיש שהחמצן אוזל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גב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הדובר שר שיר של אום כולתום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בקובנה ב1920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לפנלופה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האודיסיאה של הומרוס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המשפט המרכזי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הבית נפתח דווקא במילה 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דווקא הבית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הדימוי לקוח מהיציע במגרש הכדורגל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עולה מתוך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השיר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(מבנה של בתים מתקצרים)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(הילד רואה את גב 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(הדובר שר שיר של אום כולתום)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(מבוסס על האודיסיאה)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(השכינה מתוארת עם כנף שבורה)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פנלופה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אום כולתום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האודיסיאה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שהבתים מתקצרים בהדרגה, מה שממחיש את אזילת החמצן ואת תחושת הדחיסות וההיחנקות, כך שהתבנית משקפת את התוכן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או התלמידה מזהים אמצעי מדויק מתוך השיר, מסבירים את פעולתו, ומקשרים אותו למשמעות הכוללת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שיר ואמצעי אמנותי מדויק מתוכו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שהדוברת ממתינה בנאמנות כמו פנלופה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ברור בין מבנה כגון קיצור בתים למשמעות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החידון בעל פה לפני מילוי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שיר אחד להעמקה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בכל השירים את הקשר בין מבנה לצורה ולמשמעות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ומשחקים בשירה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חזרה על מגוון שירים שנלמדו במסגרת הבגרות, דרך שאלות על תוכן, מבנה ואמצעים אמנותיים.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למבנה הבתים בשיר המדינה שכחה תינוק במכונית ולמה זה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הבתים מתארכים כדי להראות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בתים מתקצרים כדי להמחיש שהחמצן אוזל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הבתים זהים כדי ליצור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אורך הבתים למשמעות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בשיר ירושה, מה רואה הילד אחרי שהותר מאסוריו?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גב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האיל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מסתיים השיר מזרח?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הדובר חוזר לבגדד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הסבתא מוצאת בקבוק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 שר שיר של אום כולתום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השמש זורחת מהמזרח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ומתי נכתב השיר ימים לבנים?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 ב1948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בקובנה ב1920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 ב1960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בגרמניה ב1932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מושווה הדוברת בסוף השיר זמר 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לרות המואבייה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לסולווייג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לפנלופה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לרחל המקראית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איזו יצירה קדומה מבוסס השיר איתקה?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האודיסיאה של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זמר נוגה הדרכים נפגשות לרגע ונפרדות לעד, כלומר המפגש קצר והפרידה לתמיד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השחיינים הבית שבו נחשפים הדוברים נפתח במילה לאט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מאהב חדש הבית היחיד שמתאר את מצב הדובר עצמו הוא הבית האחרון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לבדי השכינה מתוארת כבעלת כנף שבורה באמצעות האנשה ודימוי לציפור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המדינה שכחה תינוק במכונית הדימוי לקונפורמיות לקוח מעולם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זמר נוגה הדוברת פונה אל אהוב רחוק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השיר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המדינה שכחה תינוק במכונית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מבוסס על האודיסיאה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השכינה מתוארת עם כנף שבורה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הילד רואה את גב אביו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הדובר שר שיר של אום כולתום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לבדי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מבנה של בתים מתקצרים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ימים לבנים נכתב ב__________ בשנת 1920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בשיר זמר נוגה הדוברת מדמה את עצמה בסופו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השחיינים הבית שבו נחשפים הדוברים נפתח במילה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בשיר מזרח הדובר מסיים בשירה של הזמרת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איתקה נשען על היצירה הקדומה __________ מאת הומרוס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מבנה השיר המדינה שכחה תינוק במכונית משרת את משמעותו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מהשירים שנלמדו, למשל לבדי או זמר נוגה, וכתבו כיצד אמצעי אמנותי אחד כמו דימוי, האנשה או חריזה תורם למשמעות השיר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שיר אחד ואמצעי אמנותי מרכזי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סיום השיר זמר נוגה בהשוואה לפנלופה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מבנה שיר יכול לשקף את תוכנו?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חזרה ומשחקים בשירה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